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b/>
          <w:i w:val="0"/>
          <w:sz w:val="40"/>
        </w:rPr>
        <w:t>R.K. BLACKWOOD</w:t>
      </w:r>
    </w:p>
    <w:p>
      <w:pPr>
        <w:spacing w:after="60"/>
        <w:jc w:val="center"/>
      </w:pPr>
      <w:r>
        <w:rPr>
          <w:b/>
          <w:i w:val="0"/>
          <w:sz w:val="28"/>
        </w:rPr>
        <w:t>OFFICIAL PRESS KIT – MASTER</w:t>
      </w:r>
    </w:p>
    <w:p>
      <w:pPr>
        <w:spacing w:after="60"/>
        <w:jc w:val="center"/>
      </w:pPr>
      <w:r>
        <w:rPr>
          <w:b w:val="0"/>
          <w:i/>
          <w:sz w:val="17"/>
        </w:rPr>
        <w:t>Version 1.0  |  WORKING RELEASE MASTER / GREEN CONTENT</w:t>
      </w:r>
    </w:p>
    <w:p>
      <w:pPr>
        <w:spacing w:after="140"/>
        <w:jc w:val="center"/>
      </w:pPr>
      <w:r>
        <w:rPr>
          <w:b/>
          <w:sz w:val="20"/>
        </w:rPr>
        <w:t>RIDE THE THUNDER  |  17 TRACKS  |  PLANNED RELEASE: 25.09.2026</w:t>
      </w:r>
    </w:p>
    <w:tbl>
      <w:tblPr>
        <w:tblStyle w:val="TableGrid"/>
        <w:tblW w:type="auto" w:w="0"/>
        <w:jc w:val="center"/>
        <w:tblLook w:firstColumn="1" w:firstRow="1" w:lastColumn="0" w:lastRow="0" w:noHBand="0" w:noVBand="1" w:val="04A0"/>
      </w:tblPr>
      <w:tblGrid>
        <w:gridCol w:w="5112"/>
        <w:gridCol w:w="5112"/>
      </w:tblGrid>
      <w:tr>
        <w:tc>
          <w:tcPr>
            <w:tcW w:type="dxa" w:w="5112"/>
            <w:vAlign w:val="center"/>
          </w:tcPr>
          <w:p>
            <w:r>
              <w:rPr>
                <w:b/>
                <w:sz w:val="17"/>
              </w:rPr>
              <w:t>ARTIST</w:t>
            </w:r>
          </w:p>
        </w:tc>
        <w:tc>
          <w:tcPr>
            <w:tcW w:type="dxa" w:w="5112"/>
            <w:vAlign w:val="center"/>
          </w:tcPr>
          <w:p>
            <w:r>
              <w:rPr>
                <w:sz w:val="17"/>
              </w:rPr>
              <w:t>R.K. Blackwood</w:t>
            </w:r>
          </w:p>
        </w:tc>
      </w:tr>
      <w:tr>
        <w:tc>
          <w:tcPr>
            <w:tcW w:type="dxa" w:w="5112"/>
            <w:vAlign w:val="center"/>
          </w:tcPr>
          <w:p>
            <w:r>
              <w:rPr>
                <w:b/>
                <w:sz w:val="17"/>
              </w:rPr>
              <w:t>FIRST ALBUM</w:t>
            </w:r>
          </w:p>
        </w:tc>
        <w:tc>
          <w:tcPr>
            <w:tcW w:type="dxa" w:w="5112"/>
            <w:vAlign w:val="center"/>
          </w:tcPr>
          <w:p>
            <w:r>
              <w:rPr>
                <w:sz w:val="17"/>
              </w:rPr>
              <w:t>RIDE THE THUNDER</w:t>
            </w:r>
          </w:p>
        </w:tc>
      </w:tr>
      <w:tr>
        <w:tc>
          <w:tcPr>
            <w:tcW w:type="dxa" w:w="5112"/>
            <w:vAlign w:val="center"/>
          </w:tcPr>
          <w:p>
            <w:r>
              <w:rPr>
                <w:b/>
                <w:sz w:val="17"/>
              </w:rPr>
              <w:t>TRACKS</w:t>
            </w:r>
          </w:p>
        </w:tc>
        <w:tc>
          <w:tcPr>
            <w:tcW w:type="dxa" w:w="5112"/>
            <w:vAlign w:val="center"/>
          </w:tcPr>
          <w:p>
            <w:r>
              <w:rPr>
                <w:sz w:val="17"/>
              </w:rPr>
              <w:t>17</w:t>
            </w:r>
          </w:p>
        </w:tc>
      </w:tr>
      <w:tr>
        <w:tc>
          <w:tcPr>
            <w:tcW w:type="dxa" w:w="5112"/>
            <w:vAlign w:val="center"/>
          </w:tcPr>
          <w:p>
            <w:r>
              <w:rPr>
                <w:b/>
                <w:sz w:val="17"/>
              </w:rPr>
              <w:t>MUSICAL FRAME</w:t>
            </w:r>
          </w:p>
        </w:tc>
        <w:tc>
          <w:tcPr>
            <w:tcW w:type="dxa" w:w="5112"/>
            <w:vAlign w:val="center"/>
          </w:tcPr>
          <w:p>
            <w:r>
              <w:rPr>
                <w:sz w:val="17"/>
              </w:rPr>
              <w:t>Dark Country / Americana / Southern Gothic / cinematic atmosphere</w:t>
            </w:r>
          </w:p>
        </w:tc>
      </w:tr>
      <w:tr>
        <w:tc>
          <w:tcPr>
            <w:tcW w:type="dxa" w:w="5112"/>
            <w:vAlign w:val="center"/>
          </w:tcPr>
          <w:p>
            <w:r>
              <w:rPr>
                <w:b/>
                <w:sz w:val="17"/>
              </w:rPr>
              <w:t>OFFICIAL CONTACT</w:t>
            </w:r>
          </w:p>
        </w:tc>
        <w:tc>
          <w:tcPr>
            <w:tcW w:type="dxa" w:w="5112"/>
            <w:vAlign w:val="center"/>
          </w:tcPr>
          <w:p>
            <w:r>
              <w:rPr>
                <w:sz w:val="17"/>
              </w:rPr>
              <w:t>rkblackwood.music@gmail.com</w:t>
            </w:r>
          </w:p>
        </w:tc>
      </w:tr>
      <w:tr>
        <w:tc>
          <w:tcPr>
            <w:tcW w:type="dxa" w:w="5112"/>
            <w:vAlign w:val="center"/>
          </w:tcPr>
          <w:p>
            <w:r>
              <w:rPr>
                <w:b/>
                <w:sz w:val="17"/>
              </w:rPr>
              <w:t>RELEASE STATUS</w:t>
            </w:r>
          </w:p>
        </w:tc>
        <w:tc>
          <w:tcPr>
            <w:tcW w:type="dxa" w:w="5112"/>
            <w:vAlign w:val="center"/>
          </w:tcPr>
          <w:p>
            <w:r>
              <w:rPr>
                <w:sz w:val="17"/>
              </w:rPr>
              <w:t>Submitted to DistroKid / stores; store processing in progress</w:t>
            </w:r>
          </w:p>
        </w:tc>
      </w:tr>
      <w:tr>
        <w:tc>
          <w:tcPr>
            <w:tcW w:type="dxa" w:w="5112"/>
            <w:vAlign w:val="center"/>
          </w:tcPr>
          <w:p>
            <w:r>
              <w:rPr>
                <w:b/>
                <w:sz w:val="17"/>
              </w:rPr>
              <w:t>PLANNED RELEASE DATE</w:t>
            </w:r>
          </w:p>
        </w:tc>
        <w:tc>
          <w:tcPr>
            <w:tcW w:type="dxa" w:w="5112"/>
            <w:vAlign w:val="center"/>
          </w:tcPr>
          <w:p>
            <w:r>
              <w:rPr>
                <w:sz w:val="17"/>
              </w:rPr>
              <w:t>25.09.2026</w:t>
            </w:r>
          </w:p>
        </w:tc>
      </w:tr>
      <w:tr>
        <w:tc>
          <w:tcPr>
            <w:tcW w:type="dxa" w:w="5112"/>
            <w:vAlign w:val="center"/>
          </w:tcPr>
          <w:p>
            <w:r>
              <w:rPr>
                <w:b/>
                <w:sz w:val="17"/>
              </w:rPr>
              <w:t>STORE / STREAMING LINKS</w:t>
            </w:r>
          </w:p>
        </w:tc>
        <w:tc>
          <w:tcPr>
            <w:tcW w:type="dxa" w:w="5112"/>
            <w:vAlign w:val="center"/>
          </w:tcPr>
          <w:p>
            <w:r>
              <w:rPr>
                <w:sz w:val="17"/>
              </w:rPr>
              <w:t>PENDING – add only after verified store acceptance / artist-page evidence</w:t>
            </w:r>
          </w:p>
        </w:tc>
      </w:tr>
    </w:tbl>
    <w:p>
      <w:pPr>
        <w:spacing w:before="160" w:after="60"/>
      </w:pPr>
      <w:r>
        <w:rPr>
          <w:b/>
          <w:sz w:val="24"/>
        </w:rPr>
        <w:t>PRESS BIO – DE</w:t>
      </w:r>
    </w:p>
    <w:p>
      <w:pPr>
        <w:spacing w:after="100" w:line="240" w:lineRule="auto"/>
      </w:pPr>
      <w:r>
        <w:t>R.K. Blackwood steht für eine erzählerische Musikwelt zwischen Dark Country, Americana, Southern Gothic und cinematischer Atmosphäre. Im Mittelpunkt stehen eine tiefe, raue Stimme und Songs über Erinnerung, Verlust, Liebe, Hoffnung, Heimat und die Dinge, die einen Menschen auch dann noch begleiten, wenn der eigentliche Moment längst vergangen ist.</w:t>
      </w:r>
    </w:p>
    <w:p>
      <w:pPr>
        <w:spacing w:after="100" w:line="240" w:lineRule="auto"/>
      </w:pPr>
      <w:r>
        <w:t>Das wiederkehrende Zentrum dieser Welt ist der Fluss. Bei Blackwood ist er nicht bloß Landschaft oder romantische Kulisse. Er wird zum Zeugen von Geschichten, zum Ort der Rückkehr und manchmal beinahe zu einer eigenen Stimme.</w:t>
      </w:r>
    </w:p>
    <w:p>
      <w:pPr>
        <w:spacing w:after="100" w:line="240" w:lineRule="auto"/>
      </w:pPr>
      <w:r>
        <w:t>Musikalisch lebt R.K. Blackwood vom Gegensatz. Intime, zurückgenommene Momente stehen neben Songs mit großer Dynamik und rauer Kraft. Wiedererkennung entsteht dabei nicht durch eine feste Produktionsformel, sondern durch Stimme, Haltung und die Welt, aus der die Geschichten kommen.</w:t>
      </w:r>
    </w:p>
    <w:p>
      <w:pPr>
        <w:spacing w:after="100" w:line="240" w:lineRule="auto"/>
      </w:pPr>
      <w:r>
        <w:t>Mit RIDE THE THUNDER öffnet R.K. Blackwood erstmals die Tür zu diesem Universum. Das erste Album umfasst siebzehn Songs und führt vom stillen Wasser vor Tagesanbruch über Erinnerungen, Begegnungen und die Suche nach Heimat bis zu Momenten, in denen aus Ruhe plötzlich Sturm wird.</w:t>
      </w:r>
    </w:p>
    <w:p>
      <w:pPr>
        <w:spacing w:after="100" w:line="240" w:lineRule="auto"/>
      </w:pPr>
      <w:r>
        <w:t>R.K. Blackwood braucht dafür keine erfundene Legende über seine Vergangenheit. Seine Identität lebt in den Songs.</w:t>
      </w:r>
    </w:p>
    <w:p>
      <w:pPr>
        <w:spacing w:before="160" w:after="60"/>
      </w:pPr>
      <w:r>
        <w:rPr>
          <w:b/>
          <w:sz w:val="24"/>
        </w:rPr>
        <w:t>PRESS BIO – EN</w:t>
      </w:r>
    </w:p>
    <w:p>
      <w:pPr>
        <w:spacing w:after="100" w:line="240" w:lineRule="auto"/>
      </w:pPr>
      <w:r>
        <w:t>R.K. Blackwood creates a story-driven musical world shaped by Dark Country, Americana, Southern Gothic and cinematic atmosphere. At its center is a deep, weathered voice and songs about memory, loss, love, hope, home, and the things that stay with us long after the moment itself has passed.</w:t>
      </w:r>
    </w:p>
    <w:p>
      <w:pPr>
        <w:spacing w:after="100" w:line="240" w:lineRule="auto"/>
      </w:pPr>
      <w:r>
        <w:t>The recurring heart of that world is the river. For Blackwood, it is more than landscape or romantic scenery. The river becomes a witness to stories, a place of return, and at times almost a voice of its own.</w:t>
      </w:r>
    </w:p>
    <w:p>
      <w:pPr>
        <w:spacing w:after="100" w:line="240" w:lineRule="auto"/>
      </w:pPr>
      <w:r>
        <w:t>Musically, R.K. Blackwood thrives on contrast. Intimate, restrained moments stand beside songs of raw power and sweeping dynamics. Blackwood's identity is not built on a fixed production formula, but on voice, perspective and the world from which the stories emerge.</w:t>
      </w:r>
    </w:p>
    <w:p>
      <w:pPr>
        <w:spacing w:after="100" w:line="240" w:lineRule="auto"/>
      </w:pPr>
      <w:r>
        <w:t>With RIDE THE THUNDER, R.K. Blackwood opens the door to that universe for the first time. The seventeen-song first album moves from still water before daybreak through memory, encounters and the search for home to moments when calm suddenly gives way to storm.</w:t>
      </w:r>
    </w:p>
    <w:p>
      <w:pPr>
        <w:spacing w:after="100" w:line="240" w:lineRule="auto"/>
      </w:pPr>
      <w:r>
        <w:t>R.K. Blackwood doesn't need a legend invented around his past. His identity lives in the songs.</w:t>
      </w:r>
    </w:p>
    <w:p>
      <w:pPr>
        <w:spacing w:before="160" w:after="60"/>
      </w:pPr>
      <w:r>
        <w:rPr>
          <w:b/>
          <w:sz w:val="24"/>
        </w:rPr>
        <w:t>RIDE THE THUNDER – ALBUM OVERVIEW</w:t>
      </w:r>
    </w:p>
    <w:p>
      <w:pPr>
        <w:spacing w:after="100" w:line="240" w:lineRule="auto"/>
      </w:pPr>
      <w:r>
        <w:t>RIDE THE THUNDER beginnt nicht mit dem Sturm. Es beginnt am Fluss. Über siebzehn Songs öffnet R.K. Blackwood eine Welt, in der Fluss, Boot, alte Bäume, Nebel und offene Horizonte nicht bloß Kulisse sind. Das Album verbindet Stille und Kraft, Erinnerung, Begegnung, Verlust, Hoffnung und die Suche nach Heimat. Jeder Song besitzt seinen eigenen emotionalen Raum; gemeinsam führt die Reise immer wieder an denselben Ursprung zurück: den Fluss. WHEN THE WATERS SING bildet den Abschluss. Der Tag ist vorbei. Der Fluss bleibt.</w:t>
      </w:r>
    </w:p>
    <w:p>
      <w:pPr>
        <w:spacing w:after="100" w:line="240" w:lineRule="auto"/>
      </w:pPr>
      <w:r>
        <w:t>RIDE THE THUNDER doesn't begin with the storm. It begins at the river. Across seventeen songs, R.K. Blackwood opens a world where rivers, boats, old trees, mist and open horizons are more than scenery. The album brings together stillness and force, memory, encounters, loss, hope and the search for home. Every song has its own emotional space; together, the journey keeps returning to the same source: the river. WHEN THE WATERS SING closes the journey. The day is over. The river remains.</w:t>
      </w:r>
    </w:p>
    <w:p>
      <w:pPr>
        <w:spacing w:before="160" w:after="60"/>
      </w:pPr>
      <w:r>
        <w:rPr>
          <w:b/>
          <w:sz w:val="24"/>
        </w:rPr>
        <w:t>APPROVED VISUAL ASSETS</w:t>
      </w:r>
    </w:p>
    <w:p>
      <w:pPr>
        <w:spacing w:after="40"/>
        <w:ind w:left="259" w:hanging="173"/>
      </w:pPr>
      <w:r>
        <w:rPr>
          <w:b/>
        </w:rPr>
        <w:t xml:space="preserve">• </w:t>
      </w:r>
      <w:r>
        <w:rPr>
          <w:sz w:val="18"/>
        </w:rPr>
        <w:t>RK_BLACKWOOD_CANONICAL_VISUAL_REFERENCE_BILD_1.png – canonical face reference / internal identity reference</w:t>
      </w:r>
    </w:p>
    <w:p>
      <w:pPr>
        <w:spacing w:after="40"/>
        <w:ind w:left="259" w:hanging="173"/>
      </w:pPr>
      <w:r>
        <w:rPr>
          <w:b/>
        </w:rPr>
        <w:t xml:space="preserve">• </w:t>
      </w:r>
      <w:r>
        <w:rPr>
          <w:sz w:val="18"/>
        </w:rPr>
        <w:t>RK_BLACKWOOD_OFFICIAL_ARTIST_PORTRAIT_v1.0.png – primary neutral artist portrait</w:t>
      </w:r>
    </w:p>
    <w:p>
      <w:pPr>
        <w:spacing w:after="40"/>
        <w:ind w:left="259" w:hanging="173"/>
      </w:pPr>
      <w:r>
        <w:rPr>
          <w:b/>
        </w:rPr>
        <w:t xml:space="preserve">• </w:t>
      </w:r>
      <w:r>
        <w:rPr>
          <w:sz w:val="18"/>
        </w:rPr>
        <w:t>RK_BLACKWOOD_HORIZONTAL_ARTIST_VISUAL_v1.0.png – horizontal artist visual</w:t>
      </w:r>
    </w:p>
    <w:p>
      <w:pPr>
        <w:spacing w:after="40"/>
        <w:ind w:left="259" w:hanging="173"/>
      </w:pPr>
      <w:r>
        <w:rPr>
          <w:b/>
        </w:rPr>
        <w:t xml:space="preserve">• </w:t>
      </w:r>
      <w:r>
        <w:rPr>
          <w:sz w:val="18"/>
        </w:rPr>
        <w:t>RK_BLACKWOOD_FULL_BODY_ARTIST_VISUAL_v1.0.png – full-body artist visual</w:t>
      </w:r>
    </w:p>
    <w:p>
      <w:pPr>
        <w:spacing w:after="40"/>
        <w:ind w:left="259" w:hanging="173"/>
      </w:pPr>
      <w:r>
        <w:rPr>
          <w:b/>
        </w:rPr>
        <w:t xml:space="preserve">• </w:t>
      </w:r>
      <w:r>
        <w:rPr>
          <w:sz w:val="18"/>
        </w:rPr>
        <w:t>RK_BLACKWOOD_PERFORMANCE_VISUAL_LIVE_v1.0.png – performance visual</w:t>
      </w:r>
    </w:p>
    <w:p>
      <w:pPr>
        <w:spacing w:after="40"/>
        <w:ind w:left="259" w:hanging="173"/>
      </w:pPr>
      <w:r>
        <w:rPr>
          <w:b/>
        </w:rPr>
        <w:t xml:space="preserve">• </w:t>
      </w:r>
      <w:r>
        <w:rPr>
          <w:sz w:val="18"/>
        </w:rPr>
        <w:t>RK_BLACKWOOD_LIFE_VISUAL_FISHING_QUIET_v1.0.png – lifestyle / quiet fishing visual</w:t>
      </w:r>
    </w:p>
    <w:p>
      <w:pPr>
        <w:spacing w:after="40"/>
        <w:ind w:left="259" w:hanging="173"/>
      </w:pPr>
      <w:r>
        <w:rPr>
          <w:b/>
        </w:rPr>
        <w:t xml:space="preserve">• </w:t>
      </w:r>
      <w:r>
        <w:rPr>
          <w:sz w:val="18"/>
        </w:rPr>
        <w:t>RK_BLACKWOOD_LIFE_VISUAL_FISHING_ACTION_v1.0.png – lifestyle / action fishing visual</w:t>
      </w:r>
    </w:p>
    <w:p>
      <w:pPr>
        <w:spacing w:after="40"/>
        <w:ind w:left="259" w:hanging="173"/>
      </w:pPr>
      <w:r>
        <w:rPr>
          <w:b/>
        </w:rPr>
        <w:t xml:space="preserve">• </w:t>
      </w:r>
      <w:r>
        <w:rPr>
          <w:sz w:val="18"/>
        </w:rPr>
        <w:t>RK_BLACKWOOD_QUIET_VISUAL_AT_THE_WATER_v1.0.png – quiet / emotional visual</w:t>
      </w:r>
    </w:p>
    <w:p>
      <w:pPr>
        <w:spacing w:after="40"/>
        <w:ind w:left="259" w:hanging="173"/>
      </w:pPr>
      <w:r>
        <w:rPr>
          <w:b/>
        </w:rPr>
        <w:t xml:space="preserve">• </w:t>
      </w:r>
      <w:r>
        <w:rPr>
          <w:sz w:val="18"/>
        </w:rPr>
        <w:t>RK_BLACKWOOD_SIGNATURE_VISUAL_RIVER_v1.0.png – signature river visual</w:t>
      </w:r>
    </w:p>
    <w:p>
      <w:pPr>
        <w:spacing w:after="40"/>
        <w:ind w:left="259" w:hanging="173"/>
      </w:pPr>
      <w:r>
        <w:rPr>
          <w:b/>
        </w:rPr>
        <w:t xml:space="preserve">• </w:t>
      </w:r>
      <w:r>
        <w:rPr>
          <w:sz w:val="18"/>
        </w:rPr>
        <w:t>RK_BLACKWOOD_OFFICIAL_WORDMARK_MASTER_v1.0.png – official master wordmark</w:t>
      </w:r>
    </w:p>
    <w:p>
      <w:pPr>
        <w:spacing w:after="40"/>
        <w:ind w:left="259" w:hanging="173"/>
      </w:pPr>
      <w:r>
        <w:rPr>
          <w:b/>
        </w:rPr>
        <w:t xml:space="preserve">• </w:t>
      </w:r>
      <w:r>
        <w:rPr>
          <w:sz w:val="18"/>
        </w:rPr>
        <w:t>RK_BLACKWOOD_OFFICIAL_WORDMARK_TRANSPARENT_v1.0.png – transparent application version</w:t>
      </w:r>
    </w:p>
    <w:p>
      <w:pPr>
        <w:spacing w:after="40"/>
        <w:ind w:left="259" w:hanging="173"/>
      </w:pPr>
      <w:r>
        <w:rPr>
          <w:b/>
        </w:rPr>
        <w:t xml:space="preserve">• </w:t>
      </w:r>
      <w:r>
        <w:rPr>
          <w:sz w:val="18"/>
        </w:rPr>
        <w:t>RK_BLACKWOOD_OFFICIAL_WORDMARK_MONOCHROME_v1.0.png – monochrome application version</w:t>
      </w:r>
    </w:p>
    <w:p>
      <w:pPr>
        <w:spacing w:before="160" w:after="60"/>
      </w:pPr>
      <w:r>
        <w:rPr>
          <w:b/>
          <w:sz w:val="24"/>
        </w:rPr>
        <w:t>PRESS / MEDIA USE</w:t>
      </w:r>
    </w:p>
    <w:p>
      <w:pPr>
        <w:spacing w:after="100" w:line="240" w:lineRule="auto"/>
      </w:pPr>
      <w:r>
        <w:t>Official contact: rkblackwood.music@gmail.com</w:t>
      </w:r>
    </w:p>
    <w:p>
      <w:pPr>
        <w:spacing w:after="100" w:line="240" w:lineRule="auto"/>
      </w:pPr>
      <w:r>
        <w:t>Store links, artist-profile links, reviews, streaming figures and live-history claims are intentionally not included until independently verified. Do not invent or pre-fill them.</w:t>
      </w:r>
    </w:p>
    <w:p>
      <w:pPr>
        <w:spacing w:after="100" w:line="240" w:lineRule="auto"/>
      </w:pPr>
      <w:r>
        <w:t>Claim: The river remembers. The claim may be used with or without the official wordmark; it is not a fixed part of the wordmark.</w:t>
      </w:r>
    </w:p>
    <w:p>
      <w:pPr>
        <w:spacing w:before="160" w:after="60"/>
      </w:pPr>
      <w:r>
        <w:rPr>
          <w:b/>
          <w:sz w:val="24"/>
        </w:rPr>
        <w:t>RELEASE STATUS – PENDING UPDATE</w:t>
      </w:r>
    </w:p>
    <w:p>
      <w:pPr>
        <w:spacing w:after="100" w:line="240" w:lineRule="auto"/>
      </w:pPr>
      <w:r>
        <w:t>RIDE THE THUNDER has been submitted through DistroKid and sent to stores. Store processing is in progress. Store acceptance and public release are not yet verified. Planned release date: 25.09.2026.</w:t>
      </w:r>
    </w:p>
    <w:p>
      <w:pPr>
        <w:spacing w:after="100" w:line="240" w:lineRule="auto"/>
      </w:pPr>
      <w:r>
        <w:t>NEXT UPDATE GATE: Add verified store / streaming links only after new evidence confirms artist-page or release availability. Until then this document remains the Press Kit Master with PENDING links.</w:t>
      </w:r>
    </w:p>
    <w:p>
      <w:pPr>
        <w:spacing w:before="200"/>
        <w:jc w:val="center"/>
      </w:pPr>
      <w:r>
        <w:rPr>
          <w:b/>
          <w:sz w:val="22"/>
        </w:rPr>
        <w:t>R.K. Blackwood.  The river remembers.</w:t>
      </w:r>
    </w:p>
    <w:sectPr w:rsidR="00FC693F" w:rsidRPr="0006063C"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